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Písomné upozornenie na porušenie pracovnej disciplíny a možnosť výpovede</w:t>
      </w:r>
    </w:p>
    <w:p>
      <w:r>
        <w:rPr>
          <w:color w:val="64748B"/>
          <w:sz w:val="18"/>
        </w:rPr>
        <w:t>podľa § 63 ods. 1 písm. e) [príp. písm. d) bod 4] a § 38 zákona č. 311/2001 Z. z. Zákonníka práce</w:t>
      </w:r>
    </w:p>
    <w:p>
      <w:pPr>
        <w:spacing w:before="200"/>
      </w:pPr>
      <w:r>
        <w:rPr>
          <w:b/>
          <w:color w:val="1E3A5F"/>
          <w:sz w:val="24"/>
        </w:rPr>
        <w:t>1. Zamestnávateľ a zamestnanec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Zamestnávateľ (obchodné meno, IČO, sídlo)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Zamestnanec (meno a priezvisko, dátum narodenia, trvalý pobyt)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Pracovná pozícia (druh práce) podľa pracovnej zmluvy zo dňa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2. Konkrétny opis porušenia pracovnej disciplíny (§ 81 ZP)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Dátum, čas a pracovisko, kde došlo k porušeniu pracovnej disciplíny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Presný skutkový opis konania zamestnanca (napr. neskorý príchod, neospravedlnená absencia, BOZP)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Označenie porušeného predpisu / pracovného poriadku a kvalifikácia ako menej závažné porušenie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Pri neuspokojivých pracovných výsledkoch (§ 63 ods. 1 písm. d) bod 4 ZP): primeraná lehota na nápravu do dňa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3. Výslovné upozornenie na možnosť výpovede (§ 63 ods. 1 písm. e) ZP)</w:t>
      </w:r>
    </w:p>
    <w:p>
      <w:r>
        <w:t>Týmto Vás v súlade s § 63 ods. 1 písm. e) [resp. § 63 ods. 1 písm. d) bodom 4] zákona č. 311/2001 Z. z. Zákonníka práce písomne upozorňujeme na vyššie uvedené porušenie pracovnej disciplíny a zároveň Vás upozorňujeme na možnosť skončenia pracovného pomeru výpoveďou zo strany zamestnávateľa v prípade, ak sa v nasledujúcich 6 mesiacoch opätovne dopustíte porušenia pracovnej disciplíny (alebo ak v určenej lehote neodstránite neuspokojivé pracovné výsledky).</w:t>
      </w:r>
    </w:p>
    <w:p>
      <w:pPr>
        <w:spacing w:before="200"/>
      </w:pPr>
      <w:r>
        <w:rPr>
          <w:b/>
          <w:color w:val="1E3A5F"/>
          <w:sz w:val="24"/>
        </w:rPr>
        <w:t>4. Potvrdenie o doručení do vlastných rúk na pracovisku (§ 38 ZP)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Prevzal zamestnanec osobne dňa (dátum, čas a vlastnoručný podpis zamestnanca)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Záznam podľa § 38 ods. 4 ZP: Zamestnanec dňa .............. odmietol písomnosť prevziať — Svedok 1 a Svedok 2 (mená a podpisy)</w:t>
            </w:r>
          </w:p>
        </w:tc>
        <w:tc>
          <w:tcPr>
            <w:tcW w:type="dxa" w:w="4320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Za zamestnávateľa (meno, funkcia, podpis)</w:t>
            </w:r>
          </w:p>
        </w:tc>
        <w:tc>
          <w:tcPr>
            <w:tcW w:type="dxa" w:w="4320"/>
          </w:tcPr>
          <w:p>
            <w:r>
              <w:t>Zamestnanec (potvrdenie prevzatia)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zadarmo z autoerp.sk · overené podľa znenia Zákonníka práce (311/2001 Z. z.) k 6. 10. 2026 · AutoERP vystaví tento dokument z údajov v systéme.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